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E5DE7" w14:textId="77777777" w:rsidR="00697596" w:rsidRDefault="00697596">
      <w:pPr>
        <w:spacing w:after="0" w:line="240" w:lineRule="auto"/>
        <w:jc w:val="center"/>
        <w:rPr>
          <w:b/>
          <w:smallCaps/>
          <w:sz w:val="28"/>
        </w:rPr>
      </w:pPr>
    </w:p>
    <w:p w14:paraId="51510CAA" w14:textId="3D9C3587" w:rsidR="00457D33" w:rsidRDefault="00211CAF">
      <w:pPr>
        <w:spacing w:after="0" w:line="240" w:lineRule="auto"/>
        <w:jc w:val="center"/>
      </w:pPr>
      <w:r>
        <w:rPr>
          <w:b/>
          <w:smallCaps/>
          <w:sz w:val="28"/>
        </w:rPr>
        <w:t>Executive Department</w:t>
      </w:r>
    </w:p>
    <w:p w14:paraId="2D5FBF1C" w14:textId="77777777" w:rsidR="00457D33" w:rsidRDefault="00211CAF">
      <w:pPr>
        <w:spacing w:after="0" w:line="240" w:lineRule="auto"/>
        <w:jc w:val="center"/>
      </w:pPr>
      <w:r>
        <w:rPr>
          <w:b/>
          <w:smallCaps/>
          <w:sz w:val="28"/>
        </w:rPr>
        <w:t>Office of the Governor</w:t>
      </w:r>
    </w:p>
    <w:p w14:paraId="4D33577C" w14:textId="4EC4DF58" w:rsidR="00457D33" w:rsidRDefault="00211CAF">
      <w:pPr>
        <w:spacing w:after="0" w:line="240" w:lineRule="auto"/>
        <w:jc w:val="center"/>
      </w:pPr>
      <w:r>
        <w:rPr>
          <w:b/>
          <w:smallCaps/>
          <w:sz w:val="28"/>
        </w:rPr>
        <w:t xml:space="preserve">Executive Order Number </w:t>
      </w:r>
      <w:r w:rsidRPr="00D072CF">
        <w:rPr>
          <w:b/>
          <w:smallCaps/>
          <w:sz w:val="28"/>
        </w:rPr>
        <w:t>JML 26-</w:t>
      </w:r>
      <w:r w:rsidR="00D072CF">
        <w:rPr>
          <w:b/>
          <w:smallCaps/>
          <w:sz w:val="28"/>
        </w:rPr>
        <w:t>084</w:t>
      </w:r>
    </w:p>
    <w:p w14:paraId="26AB44D3" w14:textId="77777777" w:rsidR="00222575" w:rsidRDefault="00222575">
      <w:r>
        <w:t>______________________________________________________________________________</w:t>
      </w:r>
    </w:p>
    <w:p w14:paraId="6193FB48" w14:textId="2662687F" w:rsidR="00457D33" w:rsidRDefault="00211CAF">
      <w:pPr>
        <w:spacing w:after="0" w:line="240" w:lineRule="auto"/>
        <w:jc w:val="center"/>
      </w:pPr>
      <w:r>
        <w:rPr>
          <w:b/>
          <w:i/>
          <w:sz w:val="32"/>
        </w:rPr>
        <w:t>RENEWAL OF STATE OF EMERGENCY - THREAT OF SUBSIDENCE,</w:t>
      </w:r>
      <w:r w:rsidR="00241F6B">
        <w:rPr>
          <w:b/>
          <w:i/>
          <w:sz w:val="32"/>
        </w:rPr>
        <w:t xml:space="preserve"> </w:t>
      </w:r>
      <w:r>
        <w:rPr>
          <w:b/>
          <w:i/>
          <w:sz w:val="32"/>
        </w:rPr>
        <w:t>SUBSURFACE INSTABILITY, AND PRESENCE OF HYDROCARBONS</w:t>
      </w:r>
      <w:r w:rsidR="007F7795">
        <w:rPr>
          <w:b/>
          <w:i/>
          <w:sz w:val="32"/>
        </w:rPr>
        <w:t xml:space="preserve"> </w:t>
      </w:r>
      <w:r>
        <w:rPr>
          <w:b/>
          <w:i/>
          <w:sz w:val="32"/>
        </w:rPr>
        <w:t>IN SULPHUR MINES SALT DOME AREA</w:t>
      </w:r>
    </w:p>
    <w:p w14:paraId="051BDE2A" w14:textId="77777777" w:rsidR="00457D33" w:rsidRDefault="00211CAF">
      <w:pPr>
        <w:spacing w:after="0" w:line="240" w:lineRule="auto"/>
        <w:jc w:val="center"/>
      </w:pPr>
      <w:r>
        <w:rPr>
          <w:b/>
        </w:rPr>
        <w:t>______________________________________________________________________________</w:t>
      </w:r>
    </w:p>
    <w:p w14:paraId="19269F0B" w14:textId="77777777" w:rsidR="00457D33" w:rsidRDefault="00457D33">
      <w:pPr>
        <w:spacing w:after="0"/>
      </w:pPr>
    </w:p>
    <w:p w14:paraId="79B01BCB" w14:textId="7FB63B0D" w:rsidR="00457D33" w:rsidRDefault="00211CAF">
      <w:pPr>
        <w:spacing w:after="120" w:line="480" w:lineRule="auto"/>
        <w:ind w:firstLine="720"/>
        <w:jc w:val="both"/>
      </w:pPr>
      <w:r>
        <w:rPr>
          <w:b/>
        </w:rPr>
        <w:t>WHEREAS,</w:t>
      </w:r>
      <w:r w:rsidR="007F7795">
        <w:t xml:space="preserve"> </w:t>
      </w:r>
      <w:r>
        <w:t>pursuant to the Louisiana Homeland Security and Emergency Assistance and Disaster Act, R.S. 29:721, et seq., a state of emergency was declared through Proclamation Number 160 JBE 2023;</w:t>
      </w:r>
    </w:p>
    <w:p w14:paraId="742740CA" w14:textId="3DAA964F" w:rsidR="00457D33" w:rsidRDefault="00211CAF">
      <w:pPr>
        <w:spacing w:after="120" w:line="480" w:lineRule="auto"/>
        <w:ind w:firstLine="720"/>
        <w:jc w:val="both"/>
      </w:pPr>
      <w:r>
        <w:rPr>
          <w:b/>
        </w:rPr>
        <w:t>WHEREAS,</w:t>
      </w:r>
      <w:r w:rsidR="00BA4F05">
        <w:t xml:space="preserve"> </w:t>
      </w:r>
      <w:r>
        <w:t xml:space="preserve">Proclamation Number 160 JBE 2023 has been renewed and extended every thirty (30) days through </w:t>
      </w:r>
      <w:r w:rsidRPr="00BA4F05">
        <w:t>JML 26-070</w:t>
      </w:r>
      <w:r>
        <w:t xml:space="preserve"> which is in effect through </w:t>
      </w:r>
      <w:r w:rsidRPr="00BA4F05">
        <w:t>Sunday, August 30, 2026;</w:t>
      </w:r>
    </w:p>
    <w:p w14:paraId="20ED83F0" w14:textId="62E455EF" w:rsidR="00457D33" w:rsidRDefault="00211CAF">
      <w:pPr>
        <w:spacing w:after="120" w:line="480" w:lineRule="auto"/>
        <w:ind w:firstLine="720"/>
        <w:jc w:val="both"/>
      </w:pPr>
      <w:r>
        <w:rPr>
          <w:b/>
        </w:rPr>
        <w:t>WHEREAS,</w:t>
      </w:r>
      <w:r w:rsidR="00BA4F05">
        <w:t xml:space="preserve"> </w:t>
      </w:r>
      <w:r>
        <w:t>when the Governor determines that a disaster or emergency has occurred, or the threat thereof is imminent, R.S. 29:724(B)(1) empowers the Governor to declare a state of emergency by executive order or proclamation, or both;</w:t>
      </w:r>
    </w:p>
    <w:p w14:paraId="52EB6015" w14:textId="74B8854A" w:rsidR="00457D33" w:rsidRDefault="00211CAF">
      <w:pPr>
        <w:spacing w:after="120" w:line="480" w:lineRule="auto"/>
        <w:ind w:firstLine="720"/>
        <w:jc w:val="both"/>
      </w:pPr>
      <w:proofErr w:type="gramStart"/>
      <w:r>
        <w:rPr>
          <w:b/>
        </w:rPr>
        <w:t>WHEREAS,</w:t>
      </w:r>
      <w:proofErr w:type="gramEnd"/>
      <w:r w:rsidR="00082255">
        <w:t xml:space="preserve"> </w:t>
      </w:r>
      <w:r>
        <w:t>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w:t>
      </w:r>
    </w:p>
    <w:p w14:paraId="2AD1F3ED" w14:textId="1C553378" w:rsidR="00457D33" w:rsidRDefault="00211CAF">
      <w:pPr>
        <w:spacing w:after="120" w:line="480" w:lineRule="auto"/>
        <w:ind w:firstLine="720"/>
        <w:jc w:val="both"/>
      </w:pPr>
      <w:proofErr w:type="gramStart"/>
      <w:r>
        <w:rPr>
          <w:b/>
        </w:rPr>
        <w:t>WHEREAS,</w:t>
      </w:r>
      <w:proofErr w:type="gramEnd"/>
      <w:r w:rsidR="00082255">
        <w:t xml:space="preserve"> </w:t>
      </w:r>
      <w:r>
        <w:t xml:space="preserve">the Office of Conservation began investigating unexplained hydrocarbon bubbling within the area of concern in January of 2023, as well as monitoring seismicity, and the rate of subsidence </w:t>
      </w:r>
      <w:proofErr w:type="gramStart"/>
      <w:r>
        <w:t>in the area of</w:t>
      </w:r>
      <w:proofErr w:type="gramEnd"/>
      <w:r>
        <w:t xml:space="preserve"> </w:t>
      </w:r>
      <w:r>
        <w:t>concern;</w:t>
      </w:r>
    </w:p>
    <w:p w14:paraId="53878CF5" w14:textId="3DA8054F" w:rsidR="00457D33" w:rsidRDefault="00211CAF">
      <w:pPr>
        <w:spacing w:after="120" w:line="480" w:lineRule="auto"/>
        <w:ind w:firstLine="720"/>
        <w:jc w:val="both"/>
      </w:pPr>
      <w:r>
        <w:rPr>
          <w:b/>
        </w:rPr>
        <w:t>WHEREAS,</w:t>
      </w:r>
      <w:r w:rsidR="00943169">
        <w:t xml:space="preserve"> </w:t>
      </w:r>
      <w:r>
        <w:t>on Wednesday September 20, 2023, in response to this subsidence and seepage, Commissioner of Conservation, Monique M. Edwards made a declaration of emergency under the authority of Louisiana Revised Statutes 30:1 et seq., ordering the operator of the salt cavern underneath the area of subsidence to undertake all necessary activities to evaluate and abate any deterioration of the cavern’s integrity;</w:t>
      </w:r>
    </w:p>
    <w:p w14:paraId="348018D3" w14:textId="77777777" w:rsidR="00EB5538" w:rsidRDefault="00EB5538">
      <w:pPr>
        <w:spacing w:after="120" w:line="480" w:lineRule="auto"/>
        <w:ind w:firstLine="720"/>
        <w:jc w:val="both"/>
      </w:pPr>
    </w:p>
    <w:p w14:paraId="1237863F" w14:textId="4EC4C68F" w:rsidR="00457D33" w:rsidRDefault="00211CAF">
      <w:pPr>
        <w:spacing w:after="120" w:line="480" w:lineRule="auto"/>
        <w:ind w:firstLine="720"/>
        <w:jc w:val="both"/>
      </w:pPr>
      <w:proofErr w:type="gramStart"/>
      <w:r>
        <w:rPr>
          <w:b/>
        </w:rPr>
        <w:lastRenderedPageBreak/>
        <w:t>WHEREAS,</w:t>
      </w:r>
      <w:proofErr w:type="gramEnd"/>
      <w:r w:rsidR="00943169">
        <w:t xml:space="preserve"> </w:t>
      </w:r>
      <w:r>
        <w:t>the State anticipates that further assistance may be needed to assist Calcasieu Parish in their response to this continuing threat; and</w:t>
      </w:r>
    </w:p>
    <w:p w14:paraId="7725E04C" w14:textId="718EF9D9" w:rsidR="00457D33" w:rsidRDefault="00211CAF">
      <w:pPr>
        <w:spacing w:after="120" w:line="480" w:lineRule="auto"/>
        <w:ind w:firstLine="720"/>
        <w:jc w:val="both"/>
      </w:pPr>
      <w:proofErr w:type="gramStart"/>
      <w:r>
        <w:rPr>
          <w:b/>
        </w:rPr>
        <w:t>WHEREAS,</w:t>
      </w:r>
      <w:proofErr w:type="gramEnd"/>
      <w:r w:rsidR="00943169">
        <w:t xml:space="preserve"> </w:t>
      </w:r>
      <w:r>
        <w:t>it is necessary to continue the measures provided in Proclamation Number 160 JBE 2023 to further protect the health and safety of the citizens of Louisiana</w:t>
      </w:r>
      <w:r w:rsidR="0006425C">
        <w:t>;</w:t>
      </w:r>
    </w:p>
    <w:p w14:paraId="031AB368" w14:textId="77777777" w:rsidR="00457D33" w:rsidRDefault="00211CAF">
      <w:pPr>
        <w:spacing w:after="120" w:line="480" w:lineRule="auto"/>
        <w:ind w:firstLine="720"/>
        <w:jc w:val="both"/>
      </w:pPr>
      <w:r>
        <w:rPr>
          <w:b/>
        </w:rPr>
        <w:t>NOW THEREFORE</w:t>
      </w:r>
      <w:r>
        <w:t xml:space="preserve"> </w:t>
      </w:r>
      <w:r w:rsidRPr="00943169">
        <w:rPr>
          <w:b/>
          <w:bCs/>
        </w:rPr>
        <w:t>I, JEFF LANDRY,</w:t>
      </w:r>
      <w:r>
        <w:t xml:space="preserve"> Governor of the State of Louisiana, by virtue of the authority vested by the Constitution and laws of the State of Louisiana, do hereby order and direct as follows:</w:t>
      </w:r>
    </w:p>
    <w:p w14:paraId="3261508F" w14:textId="77777777" w:rsidR="00457D33" w:rsidRDefault="00211CAF">
      <w:pPr>
        <w:spacing w:after="120" w:line="480" w:lineRule="auto"/>
        <w:ind w:firstLine="720"/>
        <w:jc w:val="both"/>
      </w:pPr>
      <w:r>
        <w:rPr>
          <w:u w:val="single"/>
        </w:rPr>
        <w:t>Section 1:</w:t>
      </w:r>
      <w:r>
        <w:tab/>
      </w:r>
      <w:r>
        <w:t>Pursuant to the Louisiana Homeland Security and Emergency Assistance and Disaster Act, R.S. 29:721 et seq., a state of emergency is hereby declared to exist in the Parish of Calcasieu, as a result of seismic activity, lost cavern integrity, increased hydrocarbon bubbling, and accelerated subsidence, that collectively indicate a potential for structural failure that could potentially threaten the lives and property of the citizens of the State.</w:t>
      </w:r>
    </w:p>
    <w:p w14:paraId="5A5C4522" w14:textId="77777777" w:rsidR="00457D33" w:rsidRDefault="00211CAF">
      <w:pPr>
        <w:spacing w:after="120" w:line="480" w:lineRule="auto"/>
        <w:ind w:firstLine="720"/>
        <w:jc w:val="both"/>
      </w:pPr>
      <w:r>
        <w:rPr>
          <w:u w:val="single"/>
        </w:rPr>
        <w:t>Section 2:</w:t>
      </w:r>
      <w:r>
        <w:tab/>
      </w:r>
      <w:r>
        <w:t>The Director of the Governor’s Office of Homeland Security and Emergency Preparedness is hereby authorized to undertake any activity authorized by law which he deems appropriate in response to this declaration.</w:t>
      </w:r>
    </w:p>
    <w:p w14:paraId="20D50943" w14:textId="77777777" w:rsidR="00457D33" w:rsidRDefault="00211CAF">
      <w:pPr>
        <w:spacing w:after="120" w:line="480" w:lineRule="auto"/>
        <w:ind w:firstLine="720"/>
        <w:jc w:val="both"/>
      </w:pPr>
      <w:r>
        <w:rPr>
          <w:u w:val="single"/>
        </w:rPr>
        <w:t>Section 3:</w:t>
      </w:r>
      <w:r>
        <w:tab/>
        <w:t xml:space="preserve">All departments, commissions, boards, agencies, and officers of the State or any political subdivision thereof, are authorized and directed to cooperate in </w:t>
      </w:r>
      <w:proofErr w:type="gramStart"/>
      <w:r>
        <w:t>actions,</w:t>
      </w:r>
      <w:proofErr w:type="gramEnd"/>
      <w:r>
        <w:t xml:space="preserve"> the State may take in response to this incident.</w:t>
      </w:r>
    </w:p>
    <w:p w14:paraId="27D11600" w14:textId="77777777" w:rsidR="00457D33" w:rsidRDefault="00211CAF" w:rsidP="00E70C0B">
      <w:pPr>
        <w:spacing w:after="0" w:line="480" w:lineRule="auto"/>
        <w:ind w:firstLine="720"/>
        <w:jc w:val="both"/>
      </w:pPr>
      <w:r>
        <w:rPr>
          <w:u w:val="single"/>
        </w:rPr>
        <w:t>Section 4:</w:t>
      </w:r>
      <w:r>
        <w:tab/>
      </w:r>
      <w:r>
        <w:t xml:space="preserve">This Order is effective upon signature and shall continue in effect from </w:t>
      </w:r>
      <w:r w:rsidRPr="000E7A23">
        <w:t xml:space="preserve">Friday, August 28, </w:t>
      </w:r>
      <w:proofErr w:type="gramStart"/>
      <w:r w:rsidRPr="000E7A23">
        <w:t>2026</w:t>
      </w:r>
      <w:proofErr w:type="gramEnd"/>
      <w:r w:rsidRPr="000E7A23">
        <w:t xml:space="preserve"> to Sunday, September 27, 2026,</w:t>
      </w:r>
      <w:r>
        <w:t xml:space="preserve"> unless amended, modified, or terminated sooner.</w:t>
      </w:r>
    </w:p>
    <w:p w14:paraId="5D5CF3FB" w14:textId="77777777" w:rsidR="00457D33" w:rsidRDefault="00211CAF">
      <w:pPr>
        <w:spacing w:after="0" w:line="240" w:lineRule="auto"/>
        <w:ind w:left="4320"/>
        <w:jc w:val="both"/>
      </w:pPr>
      <w:r>
        <w:rPr>
          <w:b/>
        </w:rPr>
        <w:t>IN WITNESS WHEREOF,</w:t>
      </w:r>
      <w:r>
        <w:t xml:space="preserve"> I have set my hand officially and caused to be affixed the Great Seal of Louisiana in the City of Baton Rouge, on this </w:t>
      </w:r>
      <w:r w:rsidRPr="000E7A23">
        <w:t xml:space="preserve">28th day of </w:t>
      </w:r>
      <w:proofErr w:type="gramStart"/>
      <w:r w:rsidRPr="000E7A23">
        <w:t>August,</w:t>
      </w:r>
      <w:proofErr w:type="gramEnd"/>
      <w:r w:rsidRPr="000E7A23">
        <w:t xml:space="preserve"> 2026.</w:t>
      </w:r>
    </w:p>
    <w:p w14:paraId="5208C597" w14:textId="77777777" w:rsidR="00457D33" w:rsidRDefault="00457D33">
      <w:pPr>
        <w:spacing w:after="0" w:line="240" w:lineRule="auto"/>
        <w:ind w:left="4320"/>
      </w:pPr>
    </w:p>
    <w:p w14:paraId="117B0A06" w14:textId="77777777" w:rsidR="00E70C0B" w:rsidRDefault="00E70C0B">
      <w:pPr>
        <w:spacing w:after="0" w:line="240" w:lineRule="auto"/>
        <w:ind w:left="4320"/>
      </w:pPr>
    </w:p>
    <w:p w14:paraId="359110CA" w14:textId="77777777" w:rsidR="00457D33" w:rsidRDefault="00457D33">
      <w:pPr>
        <w:spacing w:after="0" w:line="240" w:lineRule="auto"/>
        <w:ind w:left="4320"/>
      </w:pPr>
    </w:p>
    <w:p w14:paraId="193DF48B" w14:textId="77777777" w:rsidR="00457D33" w:rsidRDefault="00211CAF">
      <w:pPr>
        <w:spacing w:after="0" w:line="240" w:lineRule="auto"/>
        <w:ind w:left="4320"/>
      </w:pPr>
      <w:r>
        <w:t>__________________________________________</w:t>
      </w:r>
    </w:p>
    <w:p w14:paraId="78DB4632" w14:textId="77777777" w:rsidR="00457D33" w:rsidRDefault="00211CAF">
      <w:pPr>
        <w:spacing w:after="0" w:line="240" w:lineRule="auto"/>
        <w:ind w:left="4320"/>
      </w:pPr>
      <w:r>
        <w:rPr>
          <w:b/>
        </w:rPr>
        <w:t>Jeff Landry</w:t>
      </w:r>
    </w:p>
    <w:p w14:paraId="0F20D3DE" w14:textId="77777777" w:rsidR="00457D33" w:rsidRDefault="00211CAF">
      <w:pPr>
        <w:spacing w:after="0" w:line="240" w:lineRule="auto"/>
        <w:ind w:left="4320"/>
      </w:pPr>
      <w:r>
        <w:rPr>
          <w:b/>
        </w:rPr>
        <w:t>GOVERNOR OF LOUISIANA</w:t>
      </w:r>
    </w:p>
    <w:p w14:paraId="4345EEFE" w14:textId="77777777" w:rsidR="00A924A4" w:rsidRDefault="00A924A4">
      <w:pPr>
        <w:spacing w:after="0" w:line="240" w:lineRule="auto"/>
        <w:rPr>
          <w:b/>
        </w:rPr>
      </w:pPr>
    </w:p>
    <w:p w14:paraId="5D7AD748" w14:textId="53857E2A" w:rsidR="00457D33" w:rsidRDefault="00211CAF">
      <w:pPr>
        <w:spacing w:after="0" w:line="240" w:lineRule="auto"/>
      </w:pPr>
      <w:r>
        <w:rPr>
          <w:b/>
        </w:rPr>
        <w:t>ATTEST BY THE SECRETARY</w:t>
      </w:r>
    </w:p>
    <w:p w14:paraId="4CA1BF85" w14:textId="77777777" w:rsidR="00457D33" w:rsidRDefault="00211CAF">
      <w:pPr>
        <w:spacing w:after="0" w:line="240" w:lineRule="auto"/>
      </w:pPr>
      <w:r>
        <w:rPr>
          <w:b/>
        </w:rPr>
        <w:t>OF STATE</w:t>
      </w:r>
    </w:p>
    <w:p w14:paraId="743D2D67" w14:textId="77777777" w:rsidR="00457D33" w:rsidRDefault="00457D33">
      <w:pPr>
        <w:spacing w:after="0" w:line="240" w:lineRule="auto"/>
      </w:pPr>
    </w:p>
    <w:p w14:paraId="6A03AB52" w14:textId="77777777" w:rsidR="00457D33" w:rsidRDefault="00457D33">
      <w:pPr>
        <w:spacing w:after="0" w:line="240" w:lineRule="auto"/>
      </w:pPr>
    </w:p>
    <w:p w14:paraId="6B1E9C39" w14:textId="77777777" w:rsidR="00E70C0B" w:rsidRDefault="00E70C0B">
      <w:pPr>
        <w:spacing w:after="0" w:line="240" w:lineRule="auto"/>
      </w:pPr>
    </w:p>
    <w:p w14:paraId="29D06000" w14:textId="77777777" w:rsidR="00457D33" w:rsidRDefault="00211CAF">
      <w:pPr>
        <w:spacing w:after="0" w:line="240" w:lineRule="auto"/>
      </w:pPr>
      <w:r>
        <w:t>__________________________________</w:t>
      </w:r>
    </w:p>
    <w:p w14:paraId="39FFB977" w14:textId="77777777" w:rsidR="00457D33" w:rsidRDefault="00211CAF">
      <w:pPr>
        <w:spacing w:after="0" w:line="240" w:lineRule="auto"/>
      </w:pPr>
      <w:r>
        <w:rPr>
          <w:b/>
        </w:rPr>
        <w:t>Nancy Landry</w:t>
      </w:r>
    </w:p>
    <w:p w14:paraId="227ADF6D" w14:textId="09DBB269" w:rsidR="00457D33" w:rsidRDefault="00211CAF">
      <w:pPr>
        <w:spacing w:after="0" w:line="240" w:lineRule="auto"/>
      </w:pPr>
      <w:r>
        <w:rPr>
          <w:b/>
        </w:rPr>
        <w:lastRenderedPageBreak/>
        <w:t>SECRETARY OF STATE</w:t>
      </w:r>
    </w:p>
    <w:sectPr w:rsidR="00457D33" w:rsidSect="00EB5538">
      <w:headerReference w:type="even" r:id="rId11"/>
      <w:headerReference w:type="default" r:id="rId12"/>
      <w:footerReference w:type="even" r:id="rId13"/>
      <w:footerReference w:type="default" r:id="rId14"/>
      <w:headerReference w:type="first" r:id="rId15"/>
      <w:footerReference w:type="first" r:id="rId16"/>
      <w:pgSz w:w="12240" w:h="20160" w:code="5"/>
      <w:pgMar w:top="1440" w:right="1440" w:bottom="72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241CE" w14:textId="77777777" w:rsidR="00211CAF" w:rsidRDefault="00211CAF">
      <w:pPr>
        <w:spacing w:after="0" w:line="240" w:lineRule="auto"/>
      </w:pPr>
      <w:r>
        <w:separator/>
      </w:r>
    </w:p>
  </w:endnote>
  <w:endnote w:type="continuationSeparator" w:id="0">
    <w:p w14:paraId="49568693" w14:textId="77777777" w:rsidR="00211CAF" w:rsidRDefault="00211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3CA9" w14:textId="77777777" w:rsidR="009C2398" w:rsidRDefault="009C2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DE4C" w14:textId="0A4561A2" w:rsidR="00457D33" w:rsidRDefault="00211CAF">
    <w:pPr>
      <w:pStyle w:val="Footer"/>
      <w:jc w:val="center"/>
    </w:pPr>
    <w:r>
      <w:fldChar w:fldCharType="begin"/>
    </w:r>
    <w:r>
      <w:instrText xml:space="preserve"> PAGE </w:instrText>
    </w:r>
    <w:r>
      <w:fldChar w:fldCharType="separate"/>
    </w:r>
    <w:r w:rsidR="00313A2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84AC" w14:textId="77777777" w:rsidR="009C2398" w:rsidRDefault="009C2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C4F75" w14:textId="77777777" w:rsidR="00211CAF" w:rsidRDefault="00211CAF">
      <w:pPr>
        <w:spacing w:after="0" w:line="240" w:lineRule="auto"/>
      </w:pPr>
      <w:r>
        <w:separator/>
      </w:r>
    </w:p>
  </w:footnote>
  <w:footnote w:type="continuationSeparator" w:id="0">
    <w:p w14:paraId="23A42423" w14:textId="77777777" w:rsidR="00211CAF" w:rsidRDefault="00211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F7F1" w14:textId="77777777" w:rsidR="009C2398" w:rsidRDefault="009C23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7097" w14:textId="77777777" w:rsidR="009C2398" w:rsidRDefault="009C2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D21F" w14:textId="6F5609EB" w:rsidR="00F6645F" w:rsidRDefault="00F6645F">
    <w:pPr>
      <w:pStyle w:val="Header"/>
    </w:pPr>
    <w:r w:rsidRPr="00597314">
      <w:rPr>
        <w:b/>
        <w:noProof/>
        <w:szCs w:val="24"/>
      </w:rPr>
      <w:drawing>
        <wp:inline distT="0" distB="0" distL="0" distR="0" wp14:anchorId="52C78125" wp14:editId="755BB4CA">
          <wp:extent cx="5943600" cy="1110343"/>
          <wp:effectExtent l="0" t="0" r="0" b="0"/>
          <wp:docPr id="395830088" name="Picture 395830088"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30088" name="Picture 395830088" descr="State of Louisiana Header font with Louisiana State Seal in 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1103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9350595">
    <w:abstractNumId w:val="8"/>
  </w:num>
  <w:num w:numId="2" w16cid:durableId="933437206">
    <w:abstractNumId w:val="6"/>
  </w:num>
  <w:num w:numId="3" w16cid:durableId="1752894236">
    <w:abstractNumId w:val="5"/>
  </w:num>
  <w:num w:numId="4" w16cid:durableId="1152332379">
    <w:abstractNumId w:val="4"/>
  </w:num>
  <w:num w:numId="5" w16cid:durableId="1484005699">
    <w:abstractNumId w:val="7"/>
  </w:num>
  <w:num w:numId="6" w16cid:durableId="1145463612">
    <w:abstractNumId w:val="3"/>
  </w:num>
  <w:num w:numId="7" w16cid:durableId="267857419">
    <w:abstractNumId w:val="2"/>
  </w:num>
  <w:num w:numId="8" w16cid:durableId="1473327208">
    <w:abstractNumId w:val="1"/>
  </w:num>
  <w:num w:numId="9" w16cid:durableId="1525484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25C"/>
    <w:rsid w:val="00082255"/>
    <w:rsid w:val="00090FFF"/>
    <w:rsid w:val="000E7A23"/>
    <w:rsid w:val="001041A0"/>
    <w:rsid w:val="0015074B"/>
    <w:rsid w:val="00211CAF"/>
    <w:rsid w:val="00222575"/>
    <w:rsid w:val="00241F6B"/>
    <w:rsid w:val="0029639D"/>
    <w:rsid w:val="00313A29"/>
    <w:rsid w:val="00326F90"/>
    <w:rsid w:val="003E2D0A"/>
    <w:rsid w:val="0045670F"/>
    <w:rsid w:val="00457D33"/>
    <w:rsid w:val="004C3772"/>
    <w:rsid w:val="005F5131"/>
    <w:rsid w:val="00697596"/>
    <w:rsid w:val="007F7795"/>
    <w:rsid w:val="00943169"/>
    <w:rsid w:val="009C2398"/>
    <w:rsid w:val="009F2128"/>
    <w:rsid w:val="00A924A4"/>
    <w:rsid w:val="00AA1D8D"/>
    <w:rsid w:val="00B115D3"/>
    <w:rsid w:val="00B47730"/>
    <w:rsid w:val="00BA4F05"/>
    <w:rsid w:val="00CB0664"/>
    <w:rsid w:val="00D072CF"/>
    <w:rsid w:val="00E70C0B"/>
    <w:rsid w:val="00EB5538"/>
    <w:rsid w:val="00F414F7"/>
    <w:rsid w:val="00F664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AA45D1"/>
  <w14:defaultImageDpi w14:val="300"/>
  <w15:docId w15:val="{352E2532-486E-443B-96C1-CA5FE275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502e4f-8bfd-4bb3-bfee-ea0782731250"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CBC14-D2DA-4370-B1E8-639F5336F38C}">
  <ds:schemaRefs>
    <ds:schemaRef ds:uri="http://schemas.microsoft.com/sharepoint/v3/contenttype/forms"/>
  </ds:schemaRefs>
</ds:datastoreItem>
</file>

<file path=customXml/itemProps2.xml><?xml version="1.0" encoding="utf-8"?>
<ds:datastoreItem xmlns:ds="http://schemas.openxmlformats.org/officeDocument/2006/customXml" ds:itemID="{B10618FD-C25C-4F35-A307-D889FF6F7E0E}">
  <ds:schemaRefs>
    <ds:schemaRef ds:uri="http://schemas.microsoft.com/office/2006/metadata/properties"/>
    <ds:schemaRef ds:uri="http://schemas.microsoft.com/office/infopath/2007/PartnerControls"/>
    <ds:schemaRef ds:uri="http://schemas.microsoft.com/sharepoint/v3"/>
    <ds:schemaRef ds:uri="f3502e4f-8bfd-4bb3-bfee-ea0782731250"/>
    <ds:schemaRef ds:uri="956e6592-bef4-4123-b756-b2b9fe17e0c1"/>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9A5C619B-FD8A-4D12-8372-677B5EC06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3283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Trantham</cp:lastModifiedBy>
  <cp:revision>2</cp:revision>
  <dcterms:created xsi:type="dcterms:W3CDTF">2026-08-31T15:06:00Z</dcterms:created>
  <dcterms:modified xsi:type="dcterms:W3CDTF">2026-08-31T15:06:00Z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docLang">
    <vt:lpwstr>en</vt:lpwstr>
  </property>
  <property fmtid="{D5CDD505-2E9C-101B-9397-08002B2CF9AE}" pid="4" name="MediaServiceImageTags">
    <vt:lpwstr/>
  </property>
</Properties>
</file>