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EB7C" w14:textId="39C1B0F0" w:rsidR="00566FDE" w:rsidRDefault="001A57AA" w:rsidP="00404D80">
      <w:pPr>
        <w:spacing w:before="240" w:after="0" w:line="240" w:lineRule="auto"/>
        <w:jc w:val="center"/>
      </w:pPr>
      <w:r>
        <w:rPr>
          <w:b/>
          <w:smallCaps/>
          <w:sz w:val="28"/>
        </w:rPr>
        <w:t>Executive Department</w:t>
      </w:r>
    </w:p>
    <w:p w14:paraId="6D5DB6BB" w14:textId="77777777" w:rsidR="00566FDE" w:rsidRDefault="001A57AA">
      <w:pPr>
        <w:spacing w:after="0" w:line="240" w:lineRule="auto"/>
        <w:jc w:val="center"/>
      </w:pPr>
      <w:r>
        <w:rPr>
          <w:b/>
          <w:smallCaps/>
          <w:sz w:val="28"/>
        </w:rPr>
        <w:t>Office of the Governor</w:t>
      </w:r>
    </w:p>
    <w:p w14:paraId="3F381719" w14:textId="5CB37446" w:rsidR="00566FDE" w:rsidRDefault="001A57AA">
      <w:pPr>
        <w:spacing w:after="0" w:line="240" w:lineRule="auto"/>
        <w:jc w:val="center"/>
      </w:pPr>
      <w:r>
        <w:rPr>
          <w:b/>
          <w:smallCaps/>
          <w:sz w:val="28"/>
        </w:rPr>
        <w:t xml:space="preserve">Executive Order Number </w:t>
      </w:r>
      <w:r w:rsidRPr="00EE798F">
        <w:rPr>
          <w:b/>
          <w:smallCaps/>
          <w:sz w:val="28"/>
        </w:rPr>
        <w:t>JML 26-</w:t>
      </w:r>
      <w:r w:rsidR="00EE798F" w:rsidRPr="00EE798F">
        <w:rPr>
          <w:b/>
          <w:smallCaps/>
          <w:sz w:val="28"/>
        </w:rPr>
        <w:t>085</w:t>
      </w:r>
    </w:p>
    <w:p w14:paraId="65DAFAF6" w14:textId="77777777" w:rsidR="00566FDE" w:rsidRDefault="001A57AA" w:rsidP="001B4BF7">
      <w:pPr>
        <w:spacing w:after="240" w:line="240" w:lineRule="auto"/>
        <w:jc w:val="center"/>
      </w:pPr>
      <w:r>
        <w:rPr>
          <w:b/>
        </w:rPr>
        <w:t>______________________________________________________________________________</w:t>
      </w:r>
    </w:p>
    <w:p w14:paraId="1CDAAA41" w14:textId="77777777" w:rsidR="00566FDE" w:rsidRDefault="001A57AA">
      <w:pPr>
        <w:spacing w:after="0" w:line="240" w:lineRule="auto"/>
        <w:jc w:val="center"/>
      </w:pPr>
      <w:r>
        <w:rPr>
          <w:b/>
          <w:i/>
          <w:sz w:val="32"/>
        </w:rPr>
        <w:t>RENEWAL OF STATE OF EMERGENCY</w:t>
      </w:r>
    </w:p>
    <w:p w14:paraId="0BC22EE6" w14:textId="77777777" w:rsidR="00566FDE" w:rsidRDefault="001A57AA">
      <w:pPr>
        <w:spacing w:after="0" w:line="240" w:lineRule="auto"/>
        <w:jc w:val="center"/>
      </w:pPr>
      <w:r>
        <w:rPr>
          <w:b/>
          <w:i/>
          <w:sz w:val="32"/>
        </w:rPr>
        <w:t>MAXIMUM SECURITY CAMP J REPAIRS AND OPERATION</w:t>
      </w:r>
    </w:p>
    <w:p w14:paraId="338DD245" w14:textId="77777777" w:rsidR="00566FDE" w:rsidRDefault="001A57AA">
      <w:pPr>
        <w:spacing w:after="0" w:line="240" w:lineRule="auto"/>
        <w:jc w:val="center"/>
      </w:pPr>
      <w:r>
        <w:rPr>
          <w:b/>
          <w:i/>
          <w:sz w:val="32"/>
        </w:rPr>
        <w:t>LOUISIANA STATE PENITENTIARY</w:t>
      </w:r>
    </w:p>
    <w:p w14:paraId="62C87B0E" w14:textId="77777777" w:rsidR="00566FDE" w:rsidRDefault="001A57AA">
      <w:pPr>
        <w:spacing w:after="0" w:line="240" w:lineRule="auto"/>
        <w:jc w:val="center"/>
      </w:pPr>
      <w:r>
        <w:rPr>
          <w:b/>
        </w:rPr>
        <w:t>______________________________________________________________________________</w:t>
      </w:r>
    </w:p>
    <w:p w14:paraId="4025A7B2" w14:textId="77777777" w:rsidR="00566FDE" w:rsidRDefault="00566FDE">
      <w:pPr>
        <w:spacing w:after="0"/>
      </w:pPr>
    </w:p>
    <w:p w14:paraId="7F9F28CF" w14:textId="7D2DB8DB" w:rsidR="00566FDE" w:rsidRDefault="001A57AA">
      <w:pPr>
        <w:spacing w:after="120" w:line="480" w:lineRule="auto"/>
        <w:ind w:firstLine="720"/>
        <w:contextualSpacing/>
        <w:jc w:val="both"/>
      </w:pPr>
      <w:r>
        <w:rPr>
          <w:b/>
        </w:rPr>
        <w:t>WHEREAS,</w:t>
      </w:r>
      <w:r w:rsidR="00FD1F57">
        <w:t xml:space="preserve"> </w:t>
      </w:r>
      <w:r>
        <w:t>the Governor is responsible for meeting the dangers to the state and people presented by emergencies and disasters;</w:t>
      </w:r>
    </w:p>
    <w:p w14:paraId="17ED828A" w14:textId="4DA0DF28" w:rsidR="00566FDE" w:rsidRDefault="001A57AA">
      <w:pPr>
        <w:spacing w:after="120" w:line="480" w:lineRule="auto"/>
        <w:ind w:firstLine="720"/>
        <w:contextualSpacing/>
        <w:jc w:val="both"/>
      </w:pPr>
      <w:r>
        <w:rPr>
          <w:b/>
        </w:rPr>
        <w:t>WHEREAS,</w:t>
      </w:r>
      <w:r w:rsidR="00C5012E">
        <w:t xml:space="preserve"> </w:t>
      </w:r>
      <w:r>
        <w:t xml:space="preserve">the Louisiana Homeland Security and Emergency Assistance and Disaster Act, </w:t>
      </w:r>
      <w:r w:rsidRPr="00404D80">
        <w:t>R.S. 29:721,</w:t>
      </w:r>
      <w:r>
        <w:t xml:space="preserve"> et seq.,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0DB5ACFF" w14:textId="002C0DCF" w:rsidR="00566FDE" w:rsidRDefault="001A57AA">
      <w:pPr>
        <w:spacing w:after="120" w:line="480" w:lineRule="auto"/>
        <w:ind w:firstLine="720"/>
        <w:contextualSpacing/>
        <w:jc w:val="both"/>
      </w:pPr>
      <w:r>
        <w:rPr>
          <w:b/>
        </w:rPr>
        <w:t>WHEREAS,</w:t>
      </w:r>
      <w:r w:rsidR="00853B71">
        <w:t xml:space="preserve"> </w:t>
      </w:r>
      <w:r>
        <w:t xml:space="preserve">when the Governor determines that a disaster or emergency has occurred, or the threat thereof is imminent, </w:t>
      </w:r>
      <w:r w:rsidRPr="00404D80">
        <w:t>R.S. 29:724(B)(1) empowers</w:t>
      </w:r>
      <w:r>
        <w:t xml:space="preserve"> him to declare a state of emergency or disaster by executive order, which has the force and effect of law;</w:t>
      </w:r>
    </w:p>
    <w:p w14:paraId="0DBA6358" w14:textId="7C5E34BF" w:rsidR="00566FDE" w:rsidRDefault="001A57AA">
      <w:pPr>
        <w:spacing w:after="120" w:line="480" w:lineRule="auto"/>
        <w:ind w:firstLine="720"/>
        <w:contextualSpacing/>
        <w:jc w:val="both"/>
      </w:pPr>
      <w:r>
        <w:rPr>
          <w:b/>
        </w:rPr>
        <w:t>WHEREAS,</w:t>
      </w:r>
      <w:r w:rsidR="00650F2E">
        <w:t xml:space="preserve"> </w:t>
      </w:r>
      <w:r>
        <w:t xml:space="preserve">pursuant to </w:t>
      </w:r>
      <w:r w:rsidRPr="00404D80">
        <w:t>R.S. 29:724(B)(1),</w:t>
      </w:r>
      <w:r>
        <w:t xml:space="preserve"> Governor Jeff Landry declared a state of emergency on July 25, 2025, in Executive Order JML 25-084;</w:t>
      </w:r>
    </w:p>
    <w:p w14:paraId="4281DCFE" w14:textId="0AE36289" w:rsidR="00566FDE" w:rsidRDefault="001A57AA">
      <w:pPr>
        <w:spacing w:after="120" w:line="480" w:lineRule="auto"/>
        <w:ind w:firstLine="720"/>
        <w:contextualSpacing/>
        <w:jc w:val="both"/>
      </w:pPr>
      <w:r>
        <w:rPr>
          <w:b/>
        </w:rPr>
        <w:t>WHEREAS,</w:t>
      </w:r>
      <w:r w:rsidR="0017315E">
        <w:t xml:space="preserve"> </w:t>
      </w:r>
      <w:r>
        <w:t xml:space="preserve">Executive Order JML 25-084 has been renewed and extended every thirty (30) days through Executive Order </w:t>
      </w:r>
      <w:r w:rsidRPr="0017315E">
        <w:t>JML 26-071, which is in effect through Sunday, August 30, 2026;</w:t>
      </w:r>
    </w:p>
    <w:p w14:paraId="0B07D4B1" w14:textId="6E230B30" w:rsidR="00566FDE" w:rsidRDefault="001A57AA">
      <w:pPr>
        <w:spacing w:after="120" w:line="480" w:lineRule="auto"/>
        <w:ind w:firstLine="720"/>
        <w:contextualSpacing/>
        <w:jc w:val="both"/>
      </w:pPr>
      <w:r>
        <w:rPr>
          <w:b/>
        </w:rPr>
        <w:t>WHEREAS</w:t>
      </w:r>
      <w:r w:rsidRPr="00404D80">
        <w:rPr>
          <w:b/>
        </w:rPr>
        <w:t>,</w:t>
      </w:r>
      <w:r w:rsidR="0017315E" w:rsidRPr="00404D80">
        <w:t xml:space="preserve"> </w:t>
      </w:r>
      <w:r w:rsidRPr="00404D80">
        <w:t>R.S. 29:724 authorizes</w:t>
      </w:r>
      <w:r>
        <w:t xml:space="preserve">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6774AAA" w14:textId="61DDD6A4" w:rsidR="00566FDE" w:rsidRDefault="001A57AA">
      <w:pPr>
        <w:spacing w:after="120" w:line="480" w:lineRule="auto"/>
        <w:ind w:firstLine="720"/>
        <w:contextualSpacing/>
        <w:jc w:val="both"/>
      </w:pPr>
      <w:r>
        <w:rPr>
          <w:b/>
        </w:rPr>
        <w:lastRenderedPageBreak/>
        <w:t>WHEREAS,</w:t>
      </w:r>
      <w:r w:rsidR="005E73E7">
        <w:t xml:space="preserve"> </w:t>
      </w:r>
      <w:r>
        <w:t>a declaration of emergency or disaster activates the state’s emergency response and recovery program under the command of the director of the Governor’s Office of Homeland Security and Emergency Preparedness (“GOHSEP”);</w:t>
      </w:r>
    </w:p>
    <w:p w14:paraId="697836B8" w14:textId="273978B4" w:rsidR="00566FDE" w:rsidRDefault="001A57AA">
      <w:pPr>
        <w:spacing w:after="120" w:line="480" w:lineRule="auto"/>
        <w:ind w:firstLine="720"/>
        <w:contextualSpacing/>
        <w:jc w:val="both"/>
      </w:pPr>
      <w:r>
        <w:rPr>
          <w:b/>
        </w:rPr>
        <w:t>WHEREAS,</w:t>
      </w:r>
      <w:r w:rsidR="00773FA3">
        <w:t xml:space="preserve"> </w:t>
      </w:r>
      <w:r w:rsidRPr="00404D80">
        <w:t>R.S. 29:724(D)(2)</w:t>
      </w:r>
      <w:r>
        <w:t xml:space="preserve"> permits the Governor during a declared state of emergency the capacity to utilize all available resources of the state government and of each political subdivision of the state as reasonably necessary to cope with the disaster or emergency;</w:t>
      </w:r>
    </w:p>
    <w:p w14:paraId="43D81E50" w14:textId="1F049CBE" w:rsidR="00566FDE" w:rsidRDefault="001A57AA">
      <w:pPr>
        <w:spacing w:after="120" w:line="480" w:lineRule="auto"/>
        <w:ind w:firstLine="720"/>
        <w:contextualSpacing/>
        <w:jc w:val="both"/>
      </w:pPr>
      <w:r>
        <w:rPr>
          <w:b/>
        </w:rPr>
        <w:t>WHEREAS,</w:t>
      </w:r>
      <w:r w:rsidR="00773FA3">
        <w:t xml:space="preserve"> </w:t>
      </w:r>
      <w:r w:rsidRPr="00404D80">
        <w:t>R.S. 29:724(D)(3)</w:t>
      </w:r>
      <w:r>
        <w:t xml:space="preserve"> authorizes the Governor during a declared state of emergency the capability to transfer the direction, personnel, or functions of state departments and agencies or units thereof for the purpose of performing or facilitating emergency services;</w:t>
      </w:r>
    </w:p>
    <w:p w14:paraId="550FCB5D" w14:textId="3F7AE93A" w:rsidR="00566FDE" w:rsidRDefault="001A57AA">
      <w:pPr>
        <w:spacing w:after="120" w:line="480" w:lineRule="auto"/>
        <w:ind w:firstLine="720"/>
        <w:contextualSpacing/>
        <w:jc w:val="both"/>
      </w:pPr>
      <w:r>
        <w:rPr>
          <w:b/>
        </w:rPr>
        <w:t>WHEREAS,</w:t>
      </w:r>
      <w:r w:rsidR="00773FA3">
        <w:t xml:space="preserve"> </w:t>
      </w:r>
      <w:r w:rsidRPr="00404D80">
        <w:t>R.S. 29:724(D)(4) gives</w:t>
      </w:r>
      <w:r>
        <w:t xml:space="preserve"> the Governor during a declared state of emergency the ability to make provisions for the availability and use of temporary emergency housing;</w:t>
      </w:r>
    </w:p>
    <w:p w14:paraId="59F982A1" w14:textId="10FC2FB5" w:rsidR="00566FDE" w:rsidRDefault="001A57AA">
      <w:pPr>
        <w:spacing w:after="120" w:line="480" w:lineRule="auto"/>
        <w:ind w:firstLine="720"/>
        <w:contextualSpacing/>
        <w:jc w:val="both"/>
      </w:pPr>
      <w:r>
        <w:rPr>
          <w:b/>
        </w:rPr>
        <w:t>WHEREAS,</w:t>
      </w:r>
      <w:r w:rsidR="00773FA3">
        <w:t xml:space="preserve"> </w:t>
      </w:r>
      <w:r>
        <w:t>the Louisiana State Penitentiary lacks adequate bed capacity to accommodate violent offenders who require the highest degree of security and will be transferred to its facilities;</w:t>
      </w:r>
    </w:p>
    <w:p w14:paraId="54153E24" w14:textId="795C428A" w:rsidR="00566FDE" w:rsidRDefault="001A57AA">
      <w:pPr>
        <w:spacing w:after="120" w:line="480" w:lineRule="auto"/>
        <w:ind w:firstLine="720"/>
        <w:contextualSpacing/>
        <w:jc w:val="both"/>
      </w:pPr>
      <w:r>
        <w:rPr>
          <w:b/>
        </w:rPr>
        <w:t>WHEREAS,</w:t>
      </w:r>
      <w:r w:rsidR="00773FA3">
        <w:t xml:space="preserve"> </w:t>
      </w:r>
      <w:r>
        <w:t>Camp J, within the Louisiana State Penitentiary, was designed to provide that maximum security, but Camp J has deteriorated into a condition that creates a significant threat of injury to individuals and property who enter or are in and around its premises;</w:t>
      </w:r>
    </w:p>
    <w:p w14:paraId="4DFDDB3F" w14:textId="643043BF" w:rsidR="00566FDE" w:rsidRDefault="001A57AA">
      <w:pPr>
        <w:spacing w:after="120" w:line="480" w:lineRule="auto"/>
        <w:ind w:firstLine="720"/>
        <w:contextualSpacing/>
        <w:jc w:val="both"/>
      </w:pPr>
      <w:r>
        <w:rPr>
          <w:b/>
        </w:rPr>
        <w:t>WHEREAS,</w:t>
      </w:r>
      <w:r w:rsidR="004A75AF">
        <w:t xml:space="preserve"> </w:t>
      </w:r>
      <w:r>
        <w:t>in the first seven months of 2017, dozens of weapons were found at Camp J due to security malfunctions;</w:t>
      </w:r>
    </w:p>
    <w:p w14:paraId="1ED0D682" w14:textId="6C779036" w:rsidR="00566FDE" w:rsidRDefault="001A57AA">
      <w:pPr>
        <w:spacing w:after="120" w:line="480" w:lineRule="auto"/>
        <w:ind w:firstLine="720"/>
        <w:contextualSpacing/>
        <w:jc w:val="both"/>
      </w:pPr>
      <w:r>
        <w:rPr>
          <w:b/>
        </w:rPr>
        <w:t>WHEREAS,</w:t>
      </w:r>
      <w:r w:rsidR="004A75AF">
        <w:t xml:space="preserve"> </w:t>
      </w:r>
      <w:r>
        <w:t>within just one year, approximately 85 corrections officers assigned to Camp J had resigned, retired, or were terminated due to the complex challenges presented there;</w:t>
      </w:r>
    </w:p>
    <w:p w14:paraId="4CC1EBCD" w14:textId="6E7342DE" w:rsidR="00566FDE" w:rsidRDefault="001A57AA">
      <w:pPr>
        <w:spacing w:after="120" w:line="480" w:lineRule="auto"/>
        <w:ind w:firstLine="720"/>
        <w:contextualSpacing/>
        <w:jc w:val="both"/>
      </w:pPr>
      <w:r>
        <w:rPr>
          <w:b/>
        </w:rPr>
        <w:t>WHEREAS,</w:t>
      </w:r>
      <w:r w:rsidR="004A75AF">
        <w:t xml:space="preserve"> </w:t>
      </w:r>
      <w:r>
        <w:t>locks for the cells in Camp J malfunctioned, allowing offenders to jam cell doors and circumvent security checks, which resulted in a decision to close Camp J in 2018;</w:t>
      </w:r>
    </w:p>
    <w:p w14:paraId="4680089D" w14:textId="7059EB27" w:rsidR="00566FDE" w:rsidRDefault="001A57AA">
      <w:pPr>
        <w:spacing w:after="120" w:line="480" w:lineRule="auto"/>
        <w:ind w:firstLine="720"/>
        <w:contextualSpacing/>
        <w:jc w:val="both"/>
      </w:pPr>
      <w:r>
        <w:rPr>
          <w:b/>
        </w:rPr>
        <w:t>WHEREAS,</w:t>
      </w:r>
      <w:r w:rsidR="004A75AF">
        <w:t xml:space="preserve"> </w:t>
      </w:r>
      <w:r>
        <w:t>the security conditions of Camp J present a threat of injury and a threat to the lives of offenders housed or working within Camp J as well as employees, contractors, or members of the public who may be within Camp J at any time;</w:t>
      </w:r>
      <w:r w:rsidR="00842A2E">
        <w:t xml:space="preserve"> and</w:t>
      </w:r>
    </w:p>
    <w:p w14:paraId="38D75384" w14:textId="3A6D89A9" w:rsidR="00566FDE" w:rsidRDefault="001A57AA">
      <w:pPr>
        <w:spacing w:after="120" w:line="480" w:lineRule="auto"/>
        <w:ind w:firstLine="720"/>
        <w:contextualSpacing/>
        <w:jc w:val="both"/>
      </w:pPr>
      <w:r>
        <w:rPr>
          <w:b/>
        </w:rPr>
        <w:t>WHEREAS,</w:t>
      </w:r>
      <w:r w:rsidR="00986841">
        <w:t xml:space="preserve"> </w:t>
      </w:r>
      <w:r>
        <w:t>Camp J and the surrounding infrastructure requires facility improvements and maintenance to adequately hold any violent offenders and to protect the lives of any employees, contractors, or members of the public who may be within Camp J at any time</w:t>
      </w:r>
      <w:r w:rsidR="00143FFA">
        <w:t>;</w:t>
      </w:r>
    </w:p>
    <w:p w14:paraId="37ABB8AF" w14:textId="77777777" w:rsidR="00566FDE" w:rsidRDefault="001A57AA">
      <w:pPr>
        <w:spacing w:after="120" w:line="480" w:lineRule="auto"/>
        <w:ind w:firstLine="720"/>
        <w:contextualSpacing/>
        <w:jc w:val="both"/>
      </w:pPr>
      <w:r>
        <w:rPr>
          <w:b/>
        </w:rPr>
        <w:t>NOW THEREFORE, I, JEFF LANDRY,</w:t>
      </w:r>
      <w:r>
        <w:t xml:space="preserve"> Governor of the State of Louisiana, by virtue of the authority vested by the Constitution and laws of the State of Louisiana, order and direct as follows:</w:t>
      </w:r>
    </w:p>
    <w:p w14:paraId="51D8E139" w14:textId="77777777" w:rsidR="00566FDE" w:rsidRDefault="001A57AA">
      <w:pPr>
        <w:spacing w:after="120" w:line="480" w:lineRule="auto"/>
        <w:ind w:firstLine="720"/>
        <w:contextualSpacing/>
        <w:jc w:val="both"/>
      </w:pPr>
      <w:r>
        <w:rPr>
          <w:u w:val="single"/>
        </w:rPr>
        <w:lastRenderedPageBreak/>
        <w:t>Section 1:</w:t>
      </w:r>
      <w:r>
        <w:tab/>
        <w:t>Pursuant to the Louisiana Homeland Security and Emergency Assistance and Disaster Act, R.S. 29:721, et seq., a state of emergency is hereby declared to exist that currently threatens the lives, safety, and property of the citizens in Louisiana.</w:t>
      </w:r>
    </w:p>
    <w:p w14:paraId="084524C6" w14:textId="77777777" w:rsidR="00566FDE" w:rsidRDefault="001A57AA">
      <w:pPr>
        <w:spacing w:after="120" w:line="480" w:lineRule="auto"/>
        <w:ind w:firstLine="720"/>
        <w:contextualSpacing/>
        <w:jc w:val="both"/>
      </w:pPr>
      <w:r>
        <w:rPr>
          <w:u w:val="single"/>
        </w:rPr>
        <w:t>Section 2:</w:t>
      </w:r>
      <w:r>
        <w:tab/>
      </w:r>
      <w:r>
        <w:t>Pursuant to R.S. 29:724(A)(3), the designated emergency area, which is or may be affected, shall include Camp J and surrounding infrastructure, within the Louisiana State Penitentiary.</w:t>
      </w:r>
    </w:p>
    <w:p w14:paraId="5FA063F8" w14:textId="77777777" w:rsidR="00566FDE" w:rsidRDefault="001A57AA">
      <w:pPr>
        <w:spacing w:after="120" w:line="480" w:lineRule="auto"/>
        <w:ind w:firstLine="720"/>
        <w:contextualSpacing/>
        <w:jc w:val="both"/>
      </w:pPr>
      <w:r>
        <w:rPr>
          <w:u w:val="single"/>
        </w:rPr>
        <w:t>Section 3:</w:t>
      </w:r>
      <w:r>
        <w:tab/>
        <w:t>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w:t>
      </w:r>
    </w:p>
    <w:p w14:paraId="27280919" w14:textId="77777777" w:rsidR="00566FDE" w:rsidRDefault="001A57AA">
      <w:pPr>
        <w:spacing w:after="120" w:line="480" w:lineRule="auto"/>
        <w:ind w:firstLine="720"/>
        <w:contextualSpacing/>
        <w:jc w:val="both"/>
      </w:pPr>
      <w:r>
        <w:rPr>
          <w:u w:val="single"/>
        </w:rPr>
        <w:t>Section 4:</w:t>
      </w:r>
      <w:r>
        <w:tab/>
        <w:t xml:space="preserve">Pursuant to </w:t>
      </w:r>
      <w:r w:rsidRPr="00404D80">
        <w:t>R.S. 29:724(D)(1), the</w:t>
      </w:r>
      <w:r>
        <w:t xml:space="preserve"> Louisiana Procurement Code (R.S. 39:1551, et seq.) and Louisiana Public Bid Law (R.S. 38:2211, et seq.)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45F1BC0E" w14:textId="77777777" w:rsidR="00566FDE" w:rsidRDefault="001A57AA">
      <w:pPr>
        <w:spacing w:after="120" w:line="480" w:lineRule="auto"/>
        <w:ind w:firstLine="720"/>
        <w:contextualSpacing/>
        <w:jc w:val="both"/>
      </w:pPr>
      <w:r>
        <w:rPr>
          <w:u w:val="single"/>
        </w:rPr>
        <w:t>Section 5:</w:t>
      </w:r>
      <w:r>
        <w:tab/>
      </w:r>
      <w:r>
        <w:t>All departments, commissions, boards, agencies and officers of the State, or any political subdivision thereof, are authorized and directed to cooperate in actions the State may take in response to this event.</w:t>
      </w:r>
    </w:p>
    <w:p w14:paraId="65C832DC" w14:textId="77777777" w:rsidR="00566FDE" w:rsidRDefault="001A57AA">
      <w:pPr>
        <w:spacing w:after="120" w:line="480" w:lineRule="auto"/>
        <w:ind w:firstLine="720"/>
        <w:contextualSpacing/>
        <w:jc w:val="both"/>
      </w:pPr>
      <w:r>
        <w:rPr>
          <w:u w:val="single"/>
        </w:rPr>
        <w:t>Section 6:</w:t>
      </w:r>
      <w:r>
        <w:tab/>
        <w:t xml:space="preserve">This Order is effective upon signature and shall remain in effect from </w:t>
      </w:r>
      <w:r w:rsidRPr="00241BD3">
        <w:t>Friday, August 28, 2026 to Sunday, September 27, 2026,</w:t>
      </w:r>
      <w:r>
        <w:t xml:space="preserve"> unless amended, modified, terminated, or rescinded earlier by the Governor, or terminated by operation of law.</w:t>
      </w:r>
    </w:p>
    <w:p w14:paraId="500D558F" w14:textId="77777777" w:rsidR="00566FDE" w:rsidRDefault="001A57AA">
      <w:pPr>
        <w:spacing w:after="0" w:line="240" w:lineRule="auto"/>
        <w:ind w:left="4320"/>
        <w:jc w:val="both"/>
      </w:pPr>
      <w:r>
        <w:rPr>
          <w:b/>
        </w:rPr>
        <w:t>IN WITNESS WHEREOF,</w:t>
      </w:r>
      <w:r>
        <w:t xml:space="preserve"> I have set my hand officially and caused to be affixed the Great Seal of Louisiana in the City of Baton Rouge, on this </w:t>
      </w:r>
      <w:r w:rsidRPr="00241BD3">
        <w:t>28th day of August, 2026.</w:t>
      </w:r>
    </w:p>
    <w:p w14:paraId="2A982D96" w14:textId="77777777" w:rsidR="00566FDE" w:rsidRDefault="00566FDE">
      <w:pPr>
        <w:spacing w:after="0" w:line="240" w:lineRule="auto"/>
        <w:ind w:left="4320"/>
      </w:pPr>
    </w:p>
    <w:p w14:paraId="2B1996C8" w14:textId="77777777" w:rsidR="00566FDE" w:rsidRDefault="00566FDE">
      <w:pPr>
        <w:spacing w:after="0" w:line="240" w:lineRule="auto"/>
        <w:ind w:left="4320"/>
      </w:pPr>
    </w:p>
    <w:p w14:paraId="31632F68" w14:textId="77777777" w:rsidR="00C7426B" w:rsidRDefault="00C7426B">
      <w:pPr>
        <w:spacing w:after="0" w:line="240" w:lineRule="auto"/>
        <w:ind w:left="4320"/>
      </w:pPr>
    </w:p>
    <w:p w14:paraId="0FBA2E7B" w14:textId="77777777" w:rsidR="00566FDE" w:rsidRDefault="001A57AA">
      <w:pPr>
        <w:spacing w:after="0" w:line="240" w:lineRule="auto"/>
        <w:ind w:left="4320"/>
      </w:pPr>
      <w:r>
        <w:t>__________________________________________</w:t>
      </w:r>
    </w:p>
    <w:p w14:paraId="7495E485" w14:textId="77777777" w:rsidR="00566FDE" w:rsidRDefault="001A57AA">
      <w:pPr>
        <w:spacing w:after="0" w:line="240" w:lineRule="auto"/>
        <w:ind w:left="4320"/>
      </w:pPr>
      <w:r>
        <w:rPr>
          <w:b/>
        </w:rPr>
        <w:t>Jeff Landry</w:t>
      </w:r>
    </w:p>
    <w:p w14:paraId="356CB93B" w14:textId="77777777" w:rsidR="00566FDE" w:rsidRDefault="001A57AA">
      <w:pPr>
        <w:spacing w:after="0" w:line="240" w:lineRule="auto"/>
        <w:ind w:left="4320"/>
      </w:pPr>
      <w:r>
        <w:rPr>
          <w:b/>
        </w:rPr>
        <w:t>GOVERNOR OF LOUISIANA</w:t>
      </w:r>
    </w:p>
    <w:p w14:paraId="63F80DBA" w14:textId="77777777" w:rsidR="00566FDE" w:rsidRDefault="00566FDE">
      <w:pPr>
        <w:spacing w:after="0" w:line="240" w:lineRule="auto"/>
      </w:pPr>
    </w:p>
    <w:p w14:paraId="3E3380F2" w14:textId="77777777" w:rsidR="00566FDE" w:rsidRDefault="001A57AA">
      <w:pPr>
        <w:spacing w:after="0" w:line="240" w:lineRule="auto"/>
      </w:pPr>
      <w:r>
        <w:rPr>
          <w:b/>
        </w:rPr>
        <w:t>ATTEST BY THE SECRETARY</w:t>
      </w:r>
    </w:p>
    <w:p w14:paraId="58E69EBA" w14:textId="77777777" w:rsidR="00566FDE" w:rsidRDefault="001A57AA">
      <w:pPr>
        <w:spacing w:after="0" w:line="240" w:lineRule="auto"/>
      </w:pPr>
      <w:r>
        <w:rPr>
          <w:b/>
        </w:rPr>
        <w:t>OF STATE</w:t>
      </w:r>
    </w:p>
    <w:p w14:paraId="2264251B" w14:textId="77777777" w:rsidR="00566FDE" w:rsidRDefault="00566FDE">
      <w:pPr>
        <w:spacing w:after="0" w:line="240" w:lineRule="auto"/>
      </w:pPr>
    </w:p>
    <w:p w14:paraId="3E49262D" w14:textId="77777777" w:rsidR="00C7426B" w:rsidRDefault="00C7426B">
      <w:pPr>
        <w:spacing w:after="0" w:line="240" w:lineRule="auto"/>
      </w:pPr>
    </w:p>
    <w:p w14:paraId="76F046FC" w14:textId="77777777" w:rsidR="00566FDE" w:rsidRDefault="00566FDE">
      <w:pPr>
        <w:spacing w:after="0" w:line="240" w:lineRule="auto"/>
      </w:pPr>
    </w:p>
    <w:p w14:paraId="7AE02B01" w14:textId="77777777" w:rsidR="00566FDE" w:rsidRDefault="001A57AA">
      <w:pPr>
        <w:spacing w:after="0" w:line="240" w:lineRule="auto"/>
      </w:pPr>
      <w:r>
        <w:t>__________________________________</w:t>
      </w:r>
    </w:p>
    <w:p w14:paraId="04DEB024" w14:textId="77777777" w:rsidR="00566FDE" w:rsidRDefault="001A57AA">
      <w:pPr>
        <w:spacing w:after="0" w:line="240" w:lineRule="auto"/>
      </w:pPr>
      <w:r>
        <w:rPr>
          <w:b/>
        </w:rPr>
        <w:t>Nancy Landry</w:t>
      </w:r>
    </w:p>
    <w:p w14:paraId="6E180268" w14:textId="77777777" w:rsidR="00566FDE" w:rsidRDefault="001A57AA">
      <w:pPr>
        <w:spacing w:after="0" w:line="240" w:lineRule="auto"/>
      </w:pPr>
      <w:r>
        <w:rPr>
          <w:b/>
        </w:rPr>
        <w:t>SECRETARY OF STATE</w:t>
      </w:r>
    </w:p>
    <w:sectPr w:rsidR="00566FDE" w:rsidSect="00C7426B">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720" w:left="144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89BDB" w14:textId="77777777" w:rsidR="001A57AA" w:rsidRDefault="001A57AA">
      <w:pPr>
        <w:spacing w:after="0" w:line="240" w:lineRule="auto"/>
      </w:pPr>
      <w:r>
        <w:separator/>
      </w:r>
    </w:p>
  </w:endnote>
  <w:endnote w:type="continuationSeparator" w:id="0">
    <w:p w14:paraId="1216949E" w14:textId="77777777" w:rsidR="001A57AA" w:rsidRDefault="001A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06DB" w14:textId="77777777" w:rsidR="002226F7" w:rsidRDefault="002226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1493" w14:textId="78AB346E" w:rsidR="00566FDE" w:rsidRDefault="001A57AA">
    <w:pPr>
      <w:pStyle w:val="Footer"/>
      <w:jc w:val="center"/>
    </w:pPr>
    <w:r>
      <w:fldChar w:fldCharType="begin"/>
    </w:r>
    <w:r>
      <w:instrText xml:space="preserve"> PAGE </w:instrText>
    </w:r>
    <w:r>
      <w:fldChar w:fldCharType="separate"/>
    </w:r>
    <w:r w:rsidR="001734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9DB6" w14:textId="77777777" w:rsidR="002226F7" w:rsidRDefault="00222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3A51" w14:textId="77777777" w:rsidR="001A57AA" w:rsidRDefault="001A57AA">
      <w:pPr>
        <w:spacing w:after="0" w:line="240" w:lineRule="auto"/>
      </w:pPr>
      <w:r>
        <w:separator/>
      </w:r>
    </w:p>
  </w:footnote>
  <w:footnote w:type="continuationSeparator" w:id="0">
    <w:p w14:paraId="49F66A0D" w14:textId="77777777" w:rsidR="001A57AA" w:rsidRDefault="001A5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325E" w14:textId="77777777" w:rsidR="002226F7" w:rsidRDefault="002226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7CB8" w14:textId="77777777" w:rsidR="002226F7" w:rsidRDefault="002226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DEAB" w14:textId="1E01A237" w:rsidR="00EE798F" w:rsidRDefault="00EE798F">
    <w:pPr>
      <w:pStyle w:val="Header"/>
    </w:pPr>
    <w:r w:rsidRPr="00597314">
      <w:rPr>
        <w:b/>
        <w:noProof/>
        <w:szCs w:val="24"/>
      </w:rPr>
      <w:drawing>
        <wp:inline distT="0" distB="0" distL="0" distR="0" wp14:anchorId="3FB8D56C" wp14:editId="3ADFCFC4">
          <wp:extent cx="5943600" cy="1109980"/>
          <wp:effectExtent l="0" t="0" r="0" b="0"/>
          <wp:docPr id="1" name="Picture 1"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Header font with Louisiana State Seal in 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109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2616322">
    <w:abstractNumId w:val="8"/>
  </w:num>
  <w:num w:numId="2" w16cid:durableId="1177843569">
    <w:abstractNumId w:val="6"/>
  </w:num>
  <w:num w:numId="3" w16cid:durableId="1803576687">
    <w:abstractNumId w:val="5"/>
  </w:num>
  <w:num w:numId="4" w16cid:durableId="45378848">
    <w:abstractNumId w:val="4"/>
  </w:num>
  <w:num w:numId="5" w16cid:durableId="1186750061">
    <w:abstractNumId w:val="7"/>
  </w:num>
  <w:num w:numId="6" w16cid:durableId="668486914">
    <w:abstractNumId w:val="3"/>
  </w:num>
  <w:num w:numId="7" w16cid:durableId="2024239617">
    <w:abstractNumId w:val="2"/>
  </w:num>
  <w:num w:numId="8" w16cid:durableId="1511332716">
    <w:abstractNumId w:val="1"/>
  </w:num>
  <w:num w:numId="9" w16cid:durableId="150027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FFF"/>
    <w:rsid w:val="00143FFA"/>
    <w:rsid w:val="0015074B"/>
    <w:rsid w:val="0017315E"/>
    <w:rsid w:val="00173401"/>
    <w:rsid w:val="001A57AA"/>
    <w:rsid w:val="001B4BF7"/>
    <w:rsid w:val="002226F7"/>
    <w:rsid w:val="00241BD3"/>
    <w:rsid w:val="0029639D"/>
    <w:rsid w:val="00326F90"/>
    <w:rsid w:val="00404D80"/>
    <w:rsid w:val="0045670F"/>
    <w:rsid w:val="00471F25"/>
    <w:rsid w:val="004A75AF"/>
    <w:rsid w:val="00527801"/>
    <w:rsid w:val="00566FDE"/>
    <w:rsid w:val="005E73E7"/>
    <w:rsid w:val="00650F2E"/>
    <w:rsid w:val="00773FA3"/>
    <w:rsid w:val="00842A2E"/>
    <w:rsid w:val="00853B71"/>
    <w:rsid w:val="0090062E"/>
    <w:rsid w:val="00986841"/>
    <w:rsid w:val="00AA1D8D"/>
    <w:rsid w:val="00AC70E4"/>
    <w:rsid w:val="00B07AFC"/>
    <w:rsid w:val="00B47730"/>
    <w:rsid w:val="00C5012E"/>
    <w:rsid w:val="00C7426B"/>
    <w:rsid w:val="00CB0664"/>
    <w:rsid w:val="00EE798F"/>
    <w:rsid w:val="00FC693F"/>
    <w:rsid w:val="00FD1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B555D8"/>
  <w14:defaultImageDpi w14:val="300"/>
  <w15:docId w15:val="{352E2532-486E-443B-96C1-CA5FE275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2915F39-0D21-40C6-B369-22C2BFED7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42CC96-A7E9-4687-AC8E-5DFFB3B25F34}">
  <ds:schemaRefs>
    <ds:schemaRef ds:uri="http://schemas.microsoft.com/sharepoint/v3/contenttype/forms"/>
  </ds:schemaRefs>
</ds:datastoreItem>
</file>

<file path=customXml/itemProps4.xml><?xml version="1.0" encoding="utf-8"?>
<ds:datastoreItem xmlns:ds="http://schemas.openxmlformats.org/officeDocument/2006/customXml" ds:itemID="{5AA0F7D2-619D-4658-89CF-DB51A2CF293F}">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Trantham</cp:lastModifiedBy>
  <cp:revision>3</cp:revision>
  <dcterms:created xsi:type="dcterms:W3CDTF">2026-08-31T15:07:00Z</dcterms:created>
  <dcterms:modified xsi:type="dcterms:W3CDTF">2026-08-31T15:07:00Z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